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למה לבנות יחידת לימוד עצמאית?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העקרונות המרכזיים של יחידת לימוד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משתנה בתפקיד המורה בזמן למידה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העקרונות על נושא לימוד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להתעמק בנושא אחד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ממשיך למשימות העשרה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מסתובב, שואל ונותן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יחידה שמשתפרת ומשמשת שוב ושוב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קריאת מקור, ניסוי, ניתוח יצירה, בניית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חיבור לשאלות אמיתיות ובחירה בדרך הצגה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אחד מתקדם בקצב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תכנון מראש משחרר זמן ללוויה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המטרה היא עומק ולא רוחב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הן חלק מהמבנה הברור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הם מתכננים, בוחרים ובודקים את 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אחד היתרונות שצוינו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התקדמות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(התמקדות בנושא אחד וחפירה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(כל אחד מתקדם בזמן שמתאים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(תכנון, בחירה ובדיקה עצמית)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(למשל ניתוח יצירה או בניית טיעון)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(יחידה שמשתפרת ומשמשת 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מזהה בבירור חלק עצמאי (תרגול, קריאה, חיפוש מידע) וחלק הדורש נוכחות (דיון, הדגמה, משוב מיידי), עם נימוק מתאים לכל אחד.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רוחב=הרבה נושאים בשטחיות, עומק=נושא אחד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מלווה, שואל שאלות, נותן משוב, עובד עם 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ניתוח יצירה, בניית טיעון או ניסוי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בזוגות ולדון בתשובות לפני איסוף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במשימה הפתוחה כבסיס לתכנון יחידה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לסמן יחד בכיתה את הפריטים המאתגרים ולחזור עליהם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למה לבנות יחידת לימוד עצמאית?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יחידת לימוד עצמאית היא מסלול מסודר שבו תלמידים לומדים בקצב שלהם, עם הוראות ברורות ונקודות עצירה לבדיקה. בדף הזה נתרגל את העקרונות שעומדים מאחורי הגישה הזו.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המטרה המרכזית של יחידת לימוד עצמאית?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לכסות הרבה נושאים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להתעמק בנושא אחד לעומק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המורה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לבחון תלמידים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למי שמסיים משימה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מחכה לשאר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ממשיך למשימות העשרה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עובר לנושא אחר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מפסיק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המורה עושה בזמן שהתלמידים עובדים 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יושב בשקט ולא מתערב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מסתובב, שואל ונותן 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מלמד הרצאה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 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'נכס שחוזר כל שנה'?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יחידה שנזרקת אחרי השימוש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יחידה שמשתפרת ומשמשת שוב ושוב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חד פעמי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מאולתר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כוללות מיומנויות של תחום הדעת?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קריאת מקור, ניסוי, ניתוח יצירה, בניית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העתקה מהלוח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תרגילי כפל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נותן ליחידה עצמאית רלוונטיות גבוהה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התעלמות מעולם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חיבור לשאלות אמיתיות ובחירה בדרך הצגה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סטנדרטי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הקראה מהספר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ביחידה עצמאית כל התלמידים עובדים באותו קצב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מתכנן את היחידה מראש ולכן יכול ללוות תלמידים בזמן השיעור.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היחידה היא לעבור על כמה שיותר נושאים ברפרוף.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נקודות עצירה מאפשרות בדיקה של ההתקדמות.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על הלמידה פירושה שהתלמידים רק מקבלים משימות בלי בחירה.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ביחידה גם בלמידה מרחוק או ביום חסר.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ביחידה עצמאית מתמקדים בנושא אחד ו__________ בו לעומק.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שצריך עוד זמן __________ ומתרגל.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המורה עוקב אחרי רשימת ה__________ ורואה מי תקוע.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יחידה טובה היא __________ שחוזר כל שנה ומשתפר.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התלמידים מתכננים זמן, בוחרים משימות ו__________ את עצמם.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עומק במקום רוחב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למשל ניתוח יצירה או בניית טיעון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קצב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יחידה שמשתפרת ומשמשת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אחריות על הלמידה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 אחד מתקדם בזמן שמתאים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מיומנות תחום דעת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התמקדות בנושא אחד וחפירה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נכס שחוזר כל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תכנון, בחירה ובדיקה עצמית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נושא שאתם מלמדים. בחרו חלק אחד שתלמידים יכולים ללמוד בו לבד, וחלק אחד שדורש את נוכחותכם. 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רוחב לעומק בלמידה?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המורה כשהתלמידים לומדים ביחידה עצמאית?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למיומנות תחום דעת שאפשר לתרגל ביחידה.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למה לבנות יחידת לימוד עצמאית?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