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לבנות יחידת לימוד עצמאית?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המרכזיים של יחידת לימוד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משתנה בתפקיד המורה בזמן למידה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העקרונות על נושא לימוד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להתעמק בנושא אחד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ממשיך למשימות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מסתובב, שואל ונותן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יחידה שמשתפרת ומשמשת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קריאת מקור, ניסוי, ניתוח יצירה, בניית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חיבור לשאלות אמיתיות ובחירה בדרך הצגה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אחד מתקדם בקצב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תכנון מראש משחרר זמן ללוויה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המטרה היא עומק ולא 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הן חלק מהמבנה הברור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מתכננים, בוחרים ובודקים את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אחד היתרונות שצוינו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התקדמות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(התמקדות בנושא אחד וחפירה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 אחד מתקדם בזמן שמתאים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(תכנון, בחירה ובדיקה עצמית)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(למשל ניתוח יצירה או בניית 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(יחידה שמשתפרת ומשמשת 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מזהה בבירור חלק עצמאי (תרגול, קריאה, חיפוש מידע) וחלק הדורש נוכחות (דיון, הדגמה, משוב מיידי), עם נימוק מתאים לכל אחד.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רוחב=הרבה נושאים בשטחיות, עומק=נושא אחד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מלווה, שואל שאלות, נותן משוב, עובד עם 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ניתוח יצירה, בניית טיעון או 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בזוגות ולדון בתשובות לפני איסוף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במשימה הפתוחה כבסיס לתכנון יחידה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לסמן יחד בכיתה את הפריטים המאתגרים ולחזור עליהם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לבנות יחידת לימוד עצמאית?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יחידה עצמאית היא דרך למידה שבה כל תלמיד עובד לפי הקצב שלו. בדף נתרגל את הרעיונות החשובים של השיטה.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יחידת לימוד עצמאית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למידה מסודר שתלמידים עוברים לבד בקצב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עומק במקום רוחב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להתמקד בנושא אחד ולחפור בו הרבה, במקום לעבור על הרבה נושאים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קצב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מתקדם במהירות שמתאימה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על הלמידה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מתכנן, בוחר משימות ובודק את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באמצע היחידה שבו בודקים הבנה לפני ממשיכים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מיומנות תחום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חשיבה ייחודי לתחום, כמו ניתוח יצירה או בניית טיעון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נכס שחוזר כל 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יחידה שנבנתה פעם אחת ומשתפרת ומשמשת שוב בכל 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יחידה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לכסות הרבה נושאים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להתעמק בנושא אחד לעומק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לבחון תלמידים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תלמיד שסיים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מחכה לשאר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ממשיך למשימות העשרה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 לנושא אחר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מפסיק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המורה בזמן העבודה העצמאית?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 בשקט ולא מתערב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מסתובב, שואל ונותן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 הרצאה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נכס שחוזר כל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יחידה שנזרקת אחרי השימוש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יחידה שמשתפרת ומשמשת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חד פעמי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מאולתר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מיומנויות נזכרות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קריאת מקור, ניסוי, ניתוח יצירה, בניית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העתקה מהלוח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תרגילי כפל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מעלה את העניין של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התעלמות מעולם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לשאלות אמיתיות ובחירה בדרך הצגה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סטנדרטי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הקראה מהספר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עצמאית כל התלמידים עובדים באותו קצב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מתכנן את היחידה מראש ולכן יכול ללוות תלמידים בזמן השיעור.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היחידה היא לעבור על כמה שיותר נושאים ברפרוף.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נקודות עצירה מאפשרות בדיקה של ההתקדמות.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על הלמידה פירושה שהתלמידים רק מקבלים משימות בלי בחירה.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ביחידה גם בלמידה מרחוק או ביום חסר.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ביחידה עצמאית מתמקדים בנושא אחד ו__________ בו לעומק.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שצריך עוד זמן __________ ומתרגל.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עוקב אחרי רשימת ה__________ ורואה מי תקוע.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יחידה טובה היא __________ שחוזר כל שנה ומשתפר.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התלמידים מתכננים זמן, בוחרים משימות ו__________ את עצמם.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עומק במקום רוחב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יחידה שמשתפרת ומשמשת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קצב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התמקדות בנושא אחד וחפירה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 על הלמידה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למשל ניתוח יצירה או בניית 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מיומנות תחום 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תכנון, בחירה ובדיקה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נכס שחוזר כל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אחד מתקדם בזמן שמתאים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נושא שאתם מלמדים. בחרו חלק אחד שתלמידים יכולים ללמוד בו לבד, וחלק אחד שדורש את נוכחותכם.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רוחב לעומק בלמידה?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המורה כשהתלמידים לומדים ביחידה עצמאית?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למיומנות תחום דעת שאפשר לתרגל ביחידה.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למה לבנות יחידת לימוד עצמאית?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