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למה לבנות יחידת לימוד עצמאית?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העקרונות המרכזיים של יחידת לימוד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משתנה בתפקיד המורה בזמן למידה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העקרונות על נושא לימוד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להתעמק בנושא אחד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ממשיך למשימות העשרה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אחד מתקדם בקצב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תכנון מראש משחרר זמן ללוויה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(התמקדות בנושא אחד וחפירה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 אחד מתקדם בזמן שמתאים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(תכנון, בחירה ובדיקה עצמית)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(יחידה שמשתפרת ומשמשת 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מזהה בבירור חלק עצמאי (תרגול, קריאה, חיפוש מידע) וחלק הדורש נוכחות (דיון, הדגמה, משוב מיידי), עם נימוק מתאים לכל אחד.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רוחב=הרבה נושאים בשטחיות, עומק=נושא אחד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מלווה, שואל שאלות, נותן משוב, עובד עם 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ניתוח יצירה, בניית טיעון או ניסוי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בזוגות ולדון בתשובות לפני איסוף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במשימה הפתוחה כבסיס לתכנון יחידה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לסמן יחד בכיתה את הפריטים המאתגרים ולחזור עליהם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למה לבנות יחידת לימוד עצמאית?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יחידת לימוד עצמאית היא מסלול מסודר שבו תלמידים לומדים בקצב שלהם, עם הוראות ברורות ונקודות עצירה לבדיקה. בדף הזה נתרגל את העקרונות שעומדים מאחורי הגישה הזו.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חופרים  ·  חוזר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המרכזית של יחידת לימוד 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לכסות הרבה נושאים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להתעמק בנושא אחד לעומק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המורה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למי שמסיים משימה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מחכה לשאר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ממשיך למשימות העשרה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עובר לנושא אחר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ביחידה עצמאית כל התלמידים עובדים באותו קצב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מתכנן את היחידה מראש ולכן יכול ללוות תלמידים בזמן השיעור.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ביחידה עצמאית מתמקדים בנושא אחד ו__________ בו לעומק.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שצריך עוד זמן __________ ומתרגל.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עומק במקום רוחב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יחידה שמשתפרת ומשמשת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קצב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תכנון, בחירה ובדיקה 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אחריות על הלמידה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 אחד מתקדם בזמן שמתאים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נכס שחוזר כל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התמקדות בנושא אחד וחפירה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נושא שאתם מלמדים. בחרו חלק אחד שתלמידים יכולים ללמוד בו לבד, וחלק אחד שדורש את נוכחותכם.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רוחב לעומק בלמידה?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המורה כשהתלמידים לומדים ביחידה עצמאית?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למה לבנות יחידת לימוד עצמאית?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